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441" w:rsidRPr="0004390E" w:rsidRDefault="0004390E" w:rsidP="0004390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Notice for Submission of </w:t>
      </w:r>
      <w:r w:rsidR="00197441" w:rsidRPr="0004390E">
        <w:rPr>
          <w:rFonts w:ascii="Times New Roman" w:hAnsi="Times New Roman" w:cs="Times New Roman"/>
          <w:b/>
          <w:sz w:val="24"/>
          <w:szCs w:val="24"/>
        </w:rPr>
        <w:t>Home Assignment</w:t>
      </w:r>
    </w:p>
    <w:p w:rsidR="00197441" w:rsidRPr="0004390E" w:rsidRDefault="00197441" w:rsidP="001974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7441" w:rsidRPr="0004390E" w:rsidRDefault="00197441" w:rsidP="00197441">
      <w:pPr>
        <w:jc w:val="both"/>
        <w:rPr>
          <w:rFonts w:ascii="Times New Roman" w:hAnsi="Times New Roman" w:cs="Times New Roman"/>
          <w:sz w:val="24"/>
          <w:szCs w:val="24"/>
        </w:rPr>
      </w:pPr>
      <w:r w:rsidRPr="0004390E">
        <w:rPr>
          <w:rFonts w:ascii="Times New Roman" w:hAnsi="Times New Roman" w:cs="Times New Roman"/>
          <w:sz w:val="24"/>
          <w:szCs w:val="24"/>
        </w:rPr>
        <w:t>It is hereby notified that the students of FYUGP 5</w:t>
      </w:r>
      <w:r w:rsidRPr="0004390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4390E">
        <w:rPr>
          <w:rFonts w:ascii="Times New Roman" w:hAnsi="Times New Roman" w:cs="Times New Roman"/>
          <w:sz w:val="24"/>
          <w:szCs w:val="24"/>
        </w:rPr>
        <w:t xml:space="preserve"> Semester Political Science (Major) are directed to submit home assignment on any one of the following questions on or before 30</w:t>
      </w:r>
      <w:r w:rsidRPr="0004390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4390E">
        <w:rPr>
          <w:rFonts w:ascii="Times New Roman" w:hAnsi="Times New Roman" w:cs="Times New Roman"/>
          <w:sz w:val="24"/>
          <w:szCs w:val="24"/>
        </w:rPr>
        <w:t xml:space="preserve"> October, 2026 without fail.   </w:t>
      </w:r>
    </w:p>
    <w:p w:rsidR="00197441" w:rsidRPr="0004390E" w:rsidRDefault="00197441" w:rsidP="0004390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90E">
        <w:rPr>
          <w:rFonts w:ascii="Times New Roman" w:hAnsi="Times New Roman" w:cs="Times New Roman"/>
          <w:b/>
          <w:sz w:val="24"/>
          <w:szCs w:val="24"/>
        </w:rPr>
        <w:t>5th Semester (Major)</w:t>
      </w:r>
    </w:p>
    <w:p w:rsidR="00197441" w:rsidRPr="0004390E" w:rsidRDefault="00197441" w:rsidP="0004390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90E">
        <w:rPr>
          <w:rFonts w:ascii="Times New Roman" w:hAnsi="Times New Roman" w:cs="Times New Roman"/>
          <w:b/>
          <w:sz w:val="24"/>
          <w:szCs w:val="24"/>
        </w:rPr>
        <w:t>Paper: Rural Local Governance</w:t>
      </w:r>
    </w:p>
    <w:p w:rsidR="00197441" w:rsidRPr="0004390E" w:rsidRDefault="00197441" w:rsidP="000439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0FC7" w:rsidRPr="0004390E" w:rsidRDefault="0004390E">
      <w:pPr>
        <w:rPr>
          <w:rFonts w:ascii="Times New Roman" w:hAnsi="Times New Roman" w:cs="Times New Roman"/>
          <w:sz w:val="24"/>
          <w:szCs w:val="24"/>
        </w:rPr>
      </w:pPr>
      <w:r w:rsidRPr="0004390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04390E">
        <w:rPr>
          <w:rFonts w:ascii="Times New Roman" w:hAnsi="Times New Roman" w:cs="Times New Roman"/>
          <w:sz w:val="24"/>
          <w:szCs w:val="24"/>
        </w:rPr>
        <w:t>What do you mean by Rural Local Governance? Explain the importance of Rural Local Governance.</w:t>
      </w:r>
    </w:p>
    <w:p w:rsidR="005B0FC7" w:rsidRPr="0004390E" w:rsidRDefault="0004390E">
      <w:pPr>
        <w:rPr>
          <w:rFonts w:ascii="Times New Roman" w:hAnsi="Times New Roman" w:cs="Times New Roman"/>
          <w:sz w:val="24"/>
          <w:szCs w:val="24"/>
        </w:rPr>
      </w:pPr>
      <w:r w:rsidRPr="0004390E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04390E">
        <w:rPr>
          <w:rFonts w:ascii="Times New Roman" w:hAnsi="Times New Roman" w:cs="Times New Roman"/>
          <w:sz w:val="24"/>
          <w:szCs w:val="24"/>
        </w:rPr>
        <w:t>What do you mean by Sustainable Development? Examine the challenges in achieving the SDGs locally.</w:t>
      </w:r>
    </w:p>
    <w:p w:rsidR="00197441" w:rsidRPr="0004390E" w:rsidRDefault="00197441">
      <w:pPr>
        <w:rPr>
          <w:rFonts w:ascii="Times New Roman" w:hAnsi="Times New Roman" w:cs="Times New Roman"/>
          <w:b/>
          <w:sz w:val="24"/>
          <w:szCs w:val="24"/>
        </w:rPr>
      </w:pPr>
      <w:r w:rsidRPr="0004390E">
        <w:rPr>
          <w:rFonts w:ascii="Times New Roman" w:hAnsi="Times New Roman" w:cs="Times New Roman"/>
          <w:b/>
          <w:sz w:val="24"/>
          <w:szCs w:val="24"/>
        </w:rPr>
        <w:t>Instructions:</w:t>
      </w:r>
    </w:p>
    <w:p w:rsidR="00197441" w:rsidRPr="0004390E" w:rsidRDefault="00197441" w:rsidP="0019744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04390E">
        <w:rPr>
          <w:rFonts w:ascii="Times New Roman" w:hAnsi="Times New Roman" w:cs="Times New Roman"/>
          <w:b/>
          <w:sz w:val="24"/>
          <w:szCs w:val="24"/>
        </w:rPr>
        <w:t>Assignment must be submitted on or before due date.</w:t>
      </w:r>
    </w:p>
    <w:p w:rsidR="00197441" w:rsidRPr="0004390E" w:rsidRDefault="00197441" w:rsidP="0019744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04390E">
        <w:rPr>
          <w:rFonts w:ascii="Times New Roman" w:hAnsi="Times New Roman" w:cs="Times New Roman"/>
          <w:b/>
          <w:sz w:val="24"/>
          <w:szCs w:val="24"/>
        </w:rPr>
        <w:t xml:space="preserve">Assignment must be in handwritten. </w:t>
      </w:r>
    </w:p>
    <w:p w:rsidR="0004390E" w:rsidRPr="0004390E" w:rsidRDefault="0004390E" w:rsidP="0019744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04390E">
        <w:rPr>
          <w:rFonts w:ascii="Times New Roman" w:hAnsi="Times New Roman" w:cs="Times New Roman"/>
          <w:b/>
          <w:sz w:val="24"/>
          <w:szCs w:val="24"/>
        </w:rPr>
        <w:t>References should be given.</w:t>
      </w:r>
    </w:p>
    <w:p w:rsidR="00197441" w:rsidRDefault="00197441" w:rsidP="0019744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04390E">
        <w:rPr>
          <w:rFonts w:ascii="Times New Roman" w:hAnsi="Times New Roman" w:cs="Times New Roman"/>
          <w:b/>
          <w:sz w:val="24"/>
          <w:szCs w:val="24"/>
        </w:rPr>
        <w:t>Cov</w:t>
      </w:r>
      <w:r w:rsidR="0004390E" w:rsidRPr="0004390E">
        <w:rPr>
          <w:rFonts w:ascii="Times New Roman" w:hAnsi="Times New Roman" w:cs="Times New Roman"/>
          <w:b/>
          <w:sz w:val="24"/>
          <w:szCs w:val="24"/>
        </w:rPr>
        <w:t>er page must contain Paper Name, Paper Code, T</w:t>
      </w:r>
      <w:r w:rsidRPr="0004390E">
        <w:rPr>
          <w:rFonts w:ascii="Times New Roman" w:hAnsi="Times New Roman" w:cs="Times New Roman"/>
          <w:b/>
          <w:sz w:val="24"/>
          <w:szCs w:val="24"/>
        </w:rPr>
        <w:t>itle</w:t>
      </w:r>
      <w:r w:rsidR="0004390E" w:rsidRPr="0004390E">
        <w:rPr>
          <w:rFonts w:ascii="Times New Roman" w:hAnsi="Times New Roman" w:cs="Times New Roman"/>
          <w:b/>
          <w:sz w:val="24"/>
          <w:szCs w:val="24"/>
        </w:rPr>
        <w:t xml:space="preserve"> of the Topic, Students Name, </w:t>
      </w:r>
      <w:proofErr w:type="spellStart"/>
      <w:r w:rsidR="0004390E" w:rsidRPr="0004390E">
        <w:rPr>
          <w:rFonts w:ascii="Times New Roman" w:hAnsi="Times New Roman" w:cs="Times New Roman"/>
          <w:b/>
          <w:sz w:val="24"/>
          <w:szCs w:val="24"/>
        </w:rPr>
        <w:t>Darrang</w:t>
      </w:r>
      <w:proofErr w:type="spellEnd"/>
      <w:r w:rsidR="0004390E" w:rsidRPr="0004390E">
        <w:rPr>
          <w:rFonts w:ascii="Times New Roman" w:hAnsi="Times New Roman" w:cs="Times New Roman"/>
          <w:b/>
          <w:sz w:val="24"/>
          <w:szCs w:val="24"/>
        </w:rPr>
        <w:t xml:space="preserve"> College Examination Roll No </w:t>
      </w:r>
    </w:p>
    <w:p w:rsidR="006E55B7" w:rsidRDefault="006E55B7" w:rsidP="0019744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Assignment must be in one single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pdf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document.</w:t>
      </w:r>
    </w:p>
    <w:p w:rsidR="0004390E" w:rsidRDefault="0004390E" w:rsidP="00197441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Assignment must be submitted through online mode using the following link-</w:t>
      </w:r>
    </w:p>
    <w:p w:rsidR="0004390E" w:rsidRDefault="0004390E" w:rsidP="0004390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4390E" w:rsidRPr="0004390E" w:rsidRDefault="006E55B7" w:rsidP="0004390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Path: </w:t>
      </w:r>
      <w:hyperlink r:id="rId6" w:history="1">
        <w:r w:rsidRPr="001A0C03">
          <w:rPr>
            <w:rStyle w:val="Hyperlink"/>
            <w:rFonts w:ascii="Times New Roman" w:hAnsi="Times New Roman" w:cs="Times New Roman"/>
            <w:b/>
            <w:sz w:val="24"/>
            <w:szCs w:val="24"/>
          </w:rPr>
          <w:t>www.darrangcollege.ac.in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-Learning Management System-Class Assignment-Upload</w:t>
      </w:r>
    </w:p>
    <w:sectPr w:rsidR="0004390E" w:rsidRPr="0004390E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9E82EDF"/>
    <w:multiLevelType w:val="hybridMultilevel"/>
    <w:tmpl w:val="AF329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4390E"/>
    <w:rsid w:val="0006063C"/>
    <w:rsid w:val="0015074B"/>
    <w:rsid w:val="00197441"/>
    <w:rsid w:val="0029639D"/>
    <w:rsid w:val="00326F90"/>
    <w:rsid w:val="003C1E70"/>
    <w:rsid w:val="005B0FC7"/>
    <w:rsid w:val="006E55B7"/>
    <w:rsid w:val="00AA1D8D"/>
    <w:rsid w:val="00B4773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E55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arrangcollege.ac.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3</cp:revision>
  <dcterms:created xsi:type="dcterms:W3CDTF">2026-10-13T08:39:00Z</dcterms:created>
  <dcterms:modified xsi:type="dcterms:W3CDTF">2026-10-13T08:54:00Z</dcterms:modified>
</cp:coreProperties>
</file>